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4A0" w:firstRow="1" w:lastRow="0" w:firstColumn="1" w:lastColumn="0" w:noHBand="0" w:noVBand="1"/>
      </w:tblPr>
      <w:tblGrid>
        <w:gridCol w:w="4721"/>
        <w:gridCol w:w="4721"/>
      </w:tblGrid>
      <w:tr w:rsidR="0062038C" w:rsidRPr="009D33E0" w:rsidTr="00972090">
        <w:trPr>
          <w:trHeight w:val="1589"/>
        </w:trPr>
        <w:tc>
          <w:tcPr>
            <w:tcW w:w="4721" w:type="dxa"/>
            <w:tcBorders>
              <w:top w:val="nil"/>
              <w:left w:val="nil"/>
              <w:bottom w:val="nil"/>
              <w:right w:val="nil"/>
            </w:tcBorders>
            <w:tcMar>
              <w:top w:w="0" w:type="dxa"/>
              <w:left w:w="0" w:type="dxa"/>
              <w:bottom w:w="0" w:type="dxa"/>
              <w:right w:w="0" w:type="dxa"/>
            </w:tcMar>
          </w:tcPr>
          <w:p w:rsidR="0062038C" w:rsidRPr="00F7429F" w:rsidRDefault="00C30620">
            <w:pPr>
              <w:spacing w:after="10"/>
              <w:jc w:val="center"/>
              <w:rPr>
                <w:rFonts w:hint="eastAsia"/>
                <w:sz w:val="18"/>
                <w:szCs w:val="18"/>
                <w:lang w:val="el-GR"/>
              </w:rPr>
            </w:pPr>
            <w:r w:rsidRPr="00F7429F">
              <w:rPr>
                <w:b/>
                <w:sz w:val="18"/>
                <w:szCs w:val="18"/>
                <w:lang w:val="el-GR"/>
              </w:rPr>
              <w:t>ΕΛΛΗΝΙΚΗ ΔΗΜΟΚΡΑΤΙΑ</w:t>
            </w:r>
          </w:p>
          <w:p w:rsidR="0062038C" w:rsidRPr="00F7429F" w:rsidRDefault="00C30620">
            <w:pPr>
              <w:spacing w:after="10"/>
              <w:jc w:val="center"/>
              <w:rPr>
                <w:rFonts w:hint="eastAsia"/>
                <w:sz w:val="18"/>
                <w:szCs w:val="18"/>
                <w:lang w:val="el-GR"/>
              </w:rPr>
            </w:pPr>
            <w:r w:rsidRPr="00F7429F">
              <w:rPr>
                <w:sz w:val="18"/>
                <w:szCs w:val="18"/>
                <w:lang w:val="el-GR"/>
              </w:rPr>
              <w:t>ΥΠΟΥΡΓΕΙΟ ΠΑΙΔΕΙΑΣ, ΘΡΗΣΚΕΥΜΑΤΩΝ ΚΑΙ ΑΘΛΗΤΙΣΜΟΥ</w:t>
            </w:r>
          </w:p>
          <w:p w:rsidR="0062038C" w:rsidRPr="00F7429F" w:rsidRDefault="00C30620">
            <w:pPr>
              <w:spacing w:after="10"/>
              <w:jc w:val="center"/>
              <w:rPr>
                <w:rFonts w:hint="eastAsia"/>
                <w:sz w:val="18"/>
                <w:szCs w:val="18"/>
                <w:lang w:val="el-GR"/>
              </w:rPr>
            </w:pPr>
            <w:r w:rsidRPr="00F7429F">
              <w:rPr>
                <w:sz w:val="18"/>
                <w:szCs w:val="18"/>
                <w:lang w:val="el-GR"/>
              </w:rPr>
              <w:t>ΠΕΡΙΦΕΡΕΙΑΚΗ Δ/ΝΣΗ Π/ΘΜΙΑΣ ΚΑΙ Δ/ΘΜΙΑΣ ΕΚΠ/ΣΗΣ ΑΤΤΙΚΗΣ</w:t>
            </w:r>
          </w:p>
          <w:p w:rsidR="0062038C" w:rsidRPr="00F7429F" w:rsidRDefault="00C30620">
            <w:pPr>
              <w:spacing w:after="10"/>
              <w:jc w:val="center"/>
              <w:rPr>
                <w:rFonts w:hint="eastAsia"/>
                <w:sz w:val="18"/>
                <w:szCs w:val="18"/>
                <w:lang w:val="el-GR"/>
              </w:rPr>
            </w:pPr>
            <w:r w:rsidRPr="00F7429F">
              <w:rPr>
                <w:sz w:val="18"/>
                <w:szCs w:val="18"/>
                <w:lang w:val="el-GR"/>
              </w:rPr>
              <w:t>Δ/ΝΣΗ Π.Ε. Δ΄ ΑΘΗΝΑΣ</w:t>
            </w:r>
          </w:p>
          <w:p w:rsidR="0062038C" w:rsidRPr="009D33E0" w:rsidRDefault="00C30620">
            <w:pPr>
              <w:spacing w:after="10"/>
              <w:jc w:val="center"/>
              <w:rPr>
                <w:rFonts w:hint="eastAsia"/>
                <w:lang w:val="el-GR"/>
              </w:rPr>
            </w:pPr>
            <w:r w:rsidRPr="00F7429F">
              <w:rPr>
                <w:b/>
                <w:sz w:val="18"/>
                <w:szCs w:val="18"/>
                <w:lang w:val="el-GR"/>
              </w:rPr>
              <w:t>17ο ΔΗΜΟΤΙΚΟ ΣΧΟΛΕΙΟ ΑΓΙΟΥ ΔΗΜΗΤΡΙΟΥ</w:t>
            </w:r>
          </w:p>
        </w:tc>
        <w:tc>
          <w:tcPr>
            <w:tcW w:w="4721" w:type="dxa"/>
            <w:tcBorders>
              <w:top w:val="nil"/>
              <w:left w:val="nil"/>
              <w:bottom w:val="nil"/>
              <w:right w:val="nil"/>
            </w:tcBorders>
            <w:tcMar>
              <w:top w:w="0" w:type="dxa"/>
              <w:left w:w="0" w:type="dxa"/>
              <w:bottom w:w="0" w:type="dxa"/>
              <w:right w:w="0" w:type="dxa"/>
            </w:tcMar>
          </w:tcPr>
          <w:p w:rsidR="0062038C" w:rsidRPr="00F7429F" w:rsidRDefault="009D33E0">
            <w:pPr>
              <w:spacing w:after="30"/>
              <w:rPr>
                <w:rFonts w:hint="eastAsia"/>
                <w:sz w:val="20"/>
                <w:szCs w:val="20"/>
              </w:rPr>
            </w:pPr>
            <w:proofErr w:type="spellStart"/>
            <w:r w:rsidRPr="00F7429F">
              <w:rPr>
                <w:b/>
                <w:sz w:val="20"/>
                <w:szCs w:val="20"/>
              </w:rPr>
              <w:t>Άγιος</w:t>
            </w:r>
            <w:proofErr w:type="spellEnd"/>
            <w:r w:rsidRPr="00F7429F">
              <w:rPr>
                <w:b/>
                <w:sz w:val="20"/>
                <w:szCs w:val="20"/>
              </w:rPr>
              <w:t xml:space="preserve"> </w:t>
            </w:r>
            <w:proofErr w:type="spellStart"/>
            <w:r w:rsidRPr="00F7429F">
              <w:rPr>
                <w:b/>
                <w:sz w:val="20"/>
                <w:szCs w:val="20"/>
              </w:rPr>
              <w:t>Δημήτριος</w:t>
            </w:r>
            <w:proofErr w:type="spellEnd"/>
            <w:r w:rsidRPr="00F7429F">
              <w:rPr>
                <w:b/>
                <w:sz w:val="20"/>
                <w:szCs w:val="20"/>
              </w:rPr>
              <w:t>, 03-09-</w:t>
            </w:r>
            <w:r w:rsidR="00C30620" w:rsidRPr="00F7429F">
              <w:rPr>
                <w:b/>
                <w:sz w:val="20"/>
                <w:szCs w:val="20"/>
              </w:rPr>
              <w:t>2026</w:t>
            </w:r>
          </w:p>
          <w:p w:rsidR="0062038C" w:rsidRPr="0007669E" w:rsidRDefault="00F7429F">
            <w:pPr>
              <w:spacing w:after="30"/>
              <w:rPr>
                <w:rFonts w:hint="eastAsia"/>
                <w:sz w:val="20"/>
                <w:szCs w:val="20"/>
              </w:rPr>
            </w:pPr>
            <w:r>
              <w:rPr>
                <w:b/>
                <w:sz w:val="20"/>
                <w:szCs w:val="20"/>
                <w:lang w:val="el-GR"/>
              </w:rPr>
              <w:t xml:space="preserve">Αρ. Πρωτ.: </w:t>
            </w:r>
            <w:r w:rsidR="0007669E">
              <w:rPr>
                <w:b/>
                <w:sz w:val="20"/>
                <w:szCs w:val="20"/>
              </w:rPr>
              <w:t>157</w:t>
            </w:r>
          </w:p>
          <w:p w:rsidR="0062038C" w:rsidRPr="00F7429F" w:rsidRDefault="0062038C">
            <w:pPr>
              <w:spacing w:after="30"/>
              <w:rPr>
                <w:rFonts w:hint="eastAsia"/>
                <w:sz w:val="20"/>
                <w:szCs w:val="20"/>
                <w:lang w:val="el-GR"/>
              </w:rPr>
            </w:pPr>
          </w:p>
          <w:p w:rsidR="0062038C" w:rsidRPr="00F7429F" w:rsidRDefault="00C30620">
            <w:pPr>
              <w:spacing w:after="30"/>
              <w:rPr>
                <w:rFonts w:hint="eastAsia"/>
                <w:sz w:val="20"/>
                <w:szCs w:val="20"/>
                <w:lang w:val="el-GR"/>
              </w:rPr>
            </w:pPr>
            <w:r w:rsidRPr="00F7429F">
              <w:rPr>
                <w:b/>
                <w:sz w:val="20"/>
                <w:szCs w:val="20"/>
                <w:lang w:val="el-GR"/>
              </w:rPr>
              <w:t>ΠΡΟΣ: Κάθε ενδιαφερόμενο/η</w:t>
            </w:r>
          </w:p>
          <w:p w:rsidR="0062038C" w:rsidRPr="00F7429F" w:rsidRDefault="00C30620">
            <w:pPr>
              <w:spacing w:after="30"/>
              <w:rPr>
                <w:rFonts w:hint="eastAsia"/>
                <w:sz w:val="20"/>
                <w:szCs w:val="20"/>
                <w:lang w:val="el-GR"/>
              </w:rPr>
            </w:pPr>
            <w:r w:rsidRPr="00F7429F">
              <w:rPr>
                <w:sz w:val="20"/>
                <w:szCs w:val="20"/>
                <w:lang w:val="el-GR"/>
              </w:rPr>
              <w:t>ΚΟΙΝ.: Διεύθυνση Παιδείας</w:t>
            </w:r>
          </w:p>
          <w:p w:rsidR="0062038C" w:rsidRPr="009D33E0" w:rsidRDefault="00C30620">
            <w:pPr>
              <w:spacing w:after="30"/>
              <w:rPr>
                <w:rFonts w:hint="eastAsia"/>
                <w:lang w:val="el-GR"/>
              </w:rPr>
            </w:pPr>
            <w:r w:rsidRPr="00F7429F">
              <w:rPr>
                <w:sz w:val="20"/>
                <w:szCs w:val="20"/>
                <w:lang w:val="el-GR"/>
              </w:rPr>
              <w:t>Δήμου Αγίου Δημητρίου</w:t>
            </w:r>
          </w:p>
        </w:tc>
      </w:tr>
    </w:tbl>
    <w:p w:rsidR="00F7429F" w:rsidRDefault="00F7429F">
      <w:pPr>
        <w:keepNext/>
        <w:spacing w:before="200" w:after="60"/>
        <w:jc w:val="center"/>
        <w:rPr>
          <w:b/>
          <w:sz w:val="27"/>
          <w:lang w:val="el-GR"/>
        </w:rPr>
      </w:pPr>
    </w:p>
    <w:p w:rsidR="0062038C" w:rsidRPr="009D33E0" w:rsidRDefault="00C30620">
      <w:pPr>
        <w:keepNext/>
        <w:spacing w:before="200" w:after="60"/>
        <w:jc w:val="center"/>
        <w:rPr>
          <w:rFonts w:hint="eastAsia"/>
          <w:lang w:val="el-GR"/>
        </w:rPr>
      </w:pPr>
      <w:r w:rsidRPr="009D33E0">
        <w:rPr>
          <w:b/>
          <w:sz w:val="27"/>
          <w:lang w:val="el-GR"/>
        </w:rPr>
        <w:t>ΠΡΟΣΚΛΗΣΗ ΕΚΔΗΛΩΣΗΣ ΕΝΔΙΑΦΕΡΟΝΤΟΣ</w:t>
      </w:r>
    </w:p>
    <w:p w:rsidR="0062038C" w:rsidRPr="009D33E0" w:rsidRDefault="00C30620">
      <w:pPr>
        <w:keepNext/>
        <w:spacing w:after="20"/>
        <w:jc w:val="center"/>
        <w:rPr>
          <w:rFonts w:hint="eastAsia"/>
          <w:sz w:val="28"/>
          <w:szCs w:val="28"/>
          <w:lang w:val="el-GR"/>
        </w:rPr>
      </w:pPr>
      <w:r w:rsidRPr="009D33E0">
        <w:rPr>
          <w:b/>
          <w:sz w:val="28"/>
          <w:szCs w:val="28"/>
          <w:lang w:val="el-GR"/>
        </w:rPr>
        <w:t>για την πλήρωση μίας (1) θέσης Εθελοντή Σχολικού Τροχονόμου</w:t>
      </w:r>
    </w:p>
    <w:p w:rsidR="0062038C" w:rsidRPr="009D33E0" w:rsidRDefault="00C30620">
      <w:pPr>
        <w:keepNext/>
        <w:spacing w:after="160"/>
        <w:jc w:val="center"/>
        <w:rPr>
          <w:rFonts w:hint="eastAsia"/>
          <w:sz w:val="28"/>
          <w:szCs w:val="28"/>
          <w:lang w:val="el-GR"/>
        </w:rPr>
      </w:pPr>
      <w:r w:rsidRPr="009D33E0">
        <w:rPr>
          <w:b/>
          <w:sz w:val="28"/>
          <w:szCs w:val="28"/>
          <w:lang w:val="el-GR"/>
        </w:rPr>
        <w:t>για το σχολικ</w:t>
      </w:r>
      <w:bookmarkStart w:id="0" w:name="_GoBack"/>
      <w:bookmarkEnd w:id="0"/>
      <w:r w:rsidRPr="009D33E0">
        <w:rPr>
          <w:b/>
          <w:sz w:val="28"/>
          <w:szCs w:val="28"/>
          <w:lang w:val="el-GR"/>
        </w:rPr>
        <w:t>ό έτος 2026–2027</w:t>
      </w:r>
    </w:p>
    <w:p w:rsidR="0062038C" w:rsidRPr="00F7429F" w:rsidRDefault="00C30620">
      <w:pPr>
        <w:spacing w:after="120"/>
        <w:jc w:val="both"/>
        <w:rPr>
          <w:rFonts w:hint="eastAsia"/>
          <w:sz w:val="24"/>
          <w:szCs w:val="24"/>
          <w:lang w:val="el-GR"/>
        </w:rPr>
      </w:pPr>
      <w:r w:rsidRPr="00F7429F">
        <w:rPr>
          <w:sz w:val="24"/>
          <w:szCs w:val="24"/>
          <w:lang w:val="el-GR"/>
        </w:rPr>
        <w:t>Η Διευθύντρια του 17ου Δημοτικού Σχολείου Αγίου Δημητρίου, έχοντας υπόψη το έγγραφο</w:t>
      </w:r>
      <w:r w:rsidRPr="00F7429F">
        <w:rPr>
          <w:sz w:val="24"/>
          <w:szCs w:val="24"/>
          <w:lang w:val="el-GR"/>
        </w:rPr>
        <w:t xml:space="preserve"> της Διεύθυνσης Παιδείας του Δήμου Αγίου Δημητρίου σχετικά με τη διαδικασία πλήρωσης θέσης Εθελοντή Σχολικού Τροχονόμου για το σχολικό έτος 2026–2027,</w:t>
      </w:r>
    </w:p>
    <w:p w:rsidR="0062038C" w:rsidRPr="00F7429F" w:rsidRDefault="00C30620">
      <w:pPr>
        <w:keepNext/>
        <w:spacing w:before="40" w:after="100"/>
        <w:jc w:val="center"/>
        <w:rPr>
          <w:rFonts w:hint="eastAsia"/>
          <w:sz w:val="24"/>
          <w:szCs w:val="24"/>
          <w:lang w:val="el-GR"/>
        </w:rPr>
      </w:pPr>
      <w:r w:rsidRPr="00F7429F">
        <w:rPr>
          <w:b/>
          <w:sz w:val="24"/>
          <w:szCs w:val="24"/>
          <w:lang w:val="el-GR"/>
        </w:rPr>
        <w:t>καλεί</w:t>
      </w:r>
    </w:p>
    <w:p w:rsidR="0062038C" w:rsidRPr="00F7429F" w:rsidRDefault="00C30620">
      <w:pPr>
        <w:spacing w:after="100"/>
        <w:jc w:val="both"/>
        <w:rPr>
          <w:rFonts w:hint="eastAsia"/>
          <w:sz w:val="24"/>
          <w:szCs w:val="24"/>
          <w:lang w:val="el-GR"/>
        </w:rPr>
      </w:pPr>
      <w:r w:rsidRPr="00F7429F">
        <w:rPr>
          <w:sz w:val="24"/>
          <w:szCs w:val="24"/>
          <w:lang w:val="el-GR"/>
        </w:rPr>
        <w:t xml:space="preserve">όσους/ες ενδιαφέρονται να απασχοληθούν ως Εθελοντές/ντριες Σχολικοί/ές Τροχονόμοι στο 17ο Δημοτικό </w:t>
      </w:r>
      <w:r w:rsidRPr="00F7429F">
        <w:rPr>
          <w:sz w:val="24"/>
          <w:szCs w:val="24"/>
          <w:lang w:val="el-GR"/>
        </w:rPr>
        <w:t>Σχολείο Αγίου Δημητρίου να υποβάλουν αίτηση υποψηφιότητας για την πλήρωση μίας (1) θέσης, σύμφωνα με τους ακόλουθους όρους και προϋποθέσεις.</w:t>
      </w:r>
    </w:p>
    <w:p w:rsidR="0062038C" w:rsidRPr="00F7429F" w:rsidRDefault="00C30620">
      <w:pPr>
        <w:keepNext/>
        <w:spacing w:before="100" w:after="60"/>
        <w:rPr>
          <w:rFonts w:hint="eastAsia"/>
          <w:sz w:val="24"/>
          <w:szCs w:val="24"/>
        </w:rPr>
      </w:pPr>
      <w:r w:rsidRPr="00F7429F">
        <w:rPr>
          <w:b/>
          <w:sz w:val="24"/>
          <w:szCs w:val="24"/>
        </w:rPr>
        <w:t>1. Προϋποθέσεις συμμετοχής</w:t>
      </w:r>
    </w:p>
    <w:p w:rsidR="0062038C" w:rsidRPr="00F7429F" w:rsidRDefault="00C30620">
      <w:pPr>
        <w:pStyle w:val="ListNumber"/>
        <w:numPr>
          <w:ilvl w:val="0"/>
          <w:numId w:val="10"/>
        </w:numPr>
        <w:spacing w:after="60"/>
        <w:ind w:left="397" w:hanging="255"/>
        <w:rPr>
          <w:rFonts w:hint="eastAsia"/>
          <w:sz w:val="24"/>
          <w:szCs w:val="24"/>
          <w:lang w:val="el-GR"/>
        </w:rPr>
      </w:pPr>
      <w:r w:rsidRPr="00F7429F">
        <w:rPr>
          <w:sz w:val="24"/>
          <w:szCs w:val="24"/>
          <w:lang w:val="el-GR"/>
        </w:rPr>
        <w:t>Να έχουν συμπληρώσει το 18ο έτος της ηλικίας τους και να μην έχουν υπερβεί το 65ο έτος.</w:t>
      </w:r>
    </w:p>
    <w:p w:rsidR="0062038C" w:rsidRPr="00F7429F" w:rsidRDefault="00C30620">
      <w:pPr>
        <w:pStyle w:val="ListNumber"/>
        <w:numPr>
          <w:ilvl w:val="0"/>
          <w:numId w:val="10"/>
        </w:numPr>
        <w:spacing w:after="60"/>
        <w:ind w:left="397" w:hanging="255"/>
        <w:rPr>
          <w:rFonts w:hint="eastAsia"/>
          <w:sz w:val="24"/>
          <w:szCs w:val="24"/>
          <w:lang w:val="el-GR"/>
        </w:rPr>
      </w:pPr>
      <w:r w:rsidRPr="00F7429F">
        <w:rPr>
          <w:sz w:val="24"/>
          <w:szCs w:val="24"/>
          <w:lang w:val="el-GR"/>
        </w:rPr>
        <w:t>Να είναι μόνιμοι κάτοικοι του Δήμου Αγίου Δημητρίου.</w:t>
      </w:r>
    </w:p>
    <w:p w:rsidR="0062038C" w:rsidRPr="00F7429F" w:rsidRDefault="00C30620">
      <w:pPr>
        <w:pStyle w:val="ListNumber"/>
        <w:numPr>
          <w:ilvl w:val="0"/>
          <w:numId w:val="10"/>
        </w:numPr>
        <w:spacing w:after="60"/>
        <w:ind w:left="397" w:hanging="255"/>
        <w:rPr>
          <w:rFonts w:hint="eastAsia"/>
          <w:sz w:val="24"/>
          <w:szCs w:val="24"/>
          <w:lang w:val="el-GR"/>
        </w:rPr>
      </w:pPr>
      <w:r w:rsidRPr="00F7429F">
        <w:rPr>
          <w:sz w:val="24"/>
          <w:szCs w:val="24"/>
          <w:lang w:val="el-GR"/>
        </w:rPr>
        <w:t>Να μην έχουν καταδικαστεί και να μην είναι φυγόποινοι ή φυγόδικοι για κανένα από τα αδικήματα του άρθρου 8 του Υπαλληλικού Κώδικα.</w:t>
      </w:r>
    </w:p>
    <w:p w:rsidR="0062038C" w:rsidRPr="00F7429F" w:rsidRDefault="00C30620">
      <w:pPr>
        <w:pStyle w:val="ListNumber"/>
        <w:numPr>
          <w:ilvl w:val="0"/>
          <w:numId w:val="10"/>
        </w:numPr>
        <w:spacing w:after="60"/>
        <w:ind w:left="397" w:hanging="255"/>
        <w:rPr>
          <w:rFonts w:hint="eastAsia"/>
          <w:sz w:val="24"/>
          <w:szCs w:val="24"/>
          <w:lang w:val="el-GR"/>
        </w:rPr>
      </w:pPr>
      <w:r w:rsidRPr="00F7429F">
        <w:rPr>
          <w:sz w:val="24"/>
          <w:szCs w:val="24"/>
          <w:lang w:val="el-GR"/>
        </w:rPr>
        <w:t>Να διαθέτουν την απαιτούμενη υγεία και φυσική καταλληλότητα για την άσκη</w:t>
      </w:r>
      <w:r w:rsidRPr="00F7429F">
        <w:rPr>
          <w:sz w:val="24"/>
          <w:szCs w:val="24"/>
          <w:lang w:val="el-GR"/>
        </w:rPr>
        <w:t>ση των καθηκόντων του/της Σχολικού/ής Τροχονόμου.</w:t>
      </w:r>
    </w:p>
    <w:p w:rsidR="0062038C" w:rsidRPr="00F7429F" w:rsidRDefault="00C30620">
      <w:pPr>
        <w:keepNext/>
        <w:spacing w:before="120" w:after="60"/>
        <w:rPr>
          <w:rFonts w:hint="eastAsia"/>
          <w:sz w:val="24"/>
          <w:szCs w:val="24"/>
        </w:rPr>
      </w:pPr>
      <w:r w:rsidRPr="00F7429F">
        <w:rPr>
          <w:b/>
          <w:sz w:val="24"/>
          <w:szCs w:val="24"/>
        </w:rPr>
        <w:t>2. Ωράριο απασχόλησης</w:t>
      </w:r>
    </w:p>
    <w:p w:rsidR="0062038C" w:rsidRPr="00F7429F" w:rsidRDefault="00C30620">
      <w:pPr>
        <w:pStyle w:val="ListBullet"/>
        <w:spacing w:after="60"/>
        <w:ind w:left="397" w:hanging="227"/>
        <w:rPr>
          <w:rFonts w:hint="eastAsia"/>
          <w:sz w:val="24"/>
          <w:szCs w:val="24"/>
        </w:rPr>
      </w:pPr>
      <w:r w:rsidRPr="00F7429F">
        <w:rPr>
          <w:sz w:val="24"/>
          <w:szCs w:val="24"/>
        </w:rPr>
        <w:t>Πρωινή προσέλευση: από 07:45 έως 08:30.</w:t>
      </w:r>
    </w:p>
    <w:p w:rsidR="0062038C" w:rsidRPr="00F7429F" w:rsidRDefault="00C30620">
      <w:pPr>
        <w:pStyle w:val="ListBullet"/>
        <w:spacing w:after="60"/>
        <w:ind w:left="397" w:hanging="227"/>
        <w:rPr>
          <w:rFonts w:hint="eastAsia"/>
          <w:sz w:val="24"/>
          <w:szCs w:val="24"/>
        </w:rPr>
      </w:pPr>
      <w:r w:rsidRPr="00F7429F">
        <w:rPr>
          <w:sz w:val="24"/>
          <w:szCs w:val="24"/>
        </w:rPr>
        <w:t>Μεσημεριανή αποχώρηση: από 12:55 έως 13:45.</w:t>
      </w:r>
    </w:p>
    <w:p w:rsidR="0062038C" w:rsidRPr="00F7429F" w:rsidRDefault="00C30620">
      <w:pPr>
        <w:spacing w:after="100"/>
        <w:jc w:val="both"/>
        <w:rPr>
          <w:rFonts w:hint="eastAsia"/>
          <w:sz w:val="24"/>
          <w:szCs w:val="24"/>
          <w:lang w:val="el-GR"/>
        </w:rPr>
      </w:pPr>
      <w:r w:rsidRPr="00F7429F">
        <w:rPr>
          <w:sz w:val="24"/>
          <w:szCs w:val="24"/>
          <w:lang w:val="el-GR"/>
        </w:rPr>
        <w:t>Οι παραπάνω ώρες αφορούν την ασφαλή προσέλευση και αποχώρηση των μαθητών/τριών προς και από το σχολε</w:t>
      </w:r>
      <w:r w:rsidRPr="00F7429F">
        <w:rPr>
          <w:sz w:val="24"/>
          <w:szCs w:val="24"/>
          <w:lang w:val="el-GR"/>
        </w:rPr>
        <w:t>ίο και δύνανται να μεταβληθούν, εφόσον για οποιονδήποτε λόγο τροποποιηθεί το ωράριο λειτουργίας της σχολικής μονάδας.</w:t>
      </w:r>
    </w:p>
    <w:p w:rsidR="0062038C" w:rsidRPr="00F7429F" w:rsidRDefault="00C30620">
      <w:pPr>
        <w:keepNext/>
        <w:spacing w:before="120" w:after="60"/>
        <w:rPr>
          <w:rFonts w:hint="eastAsia"/>
          <w:sz w:val="24"/>
          <w:szCs w:val="24"/>
        </w:rPr>
      </w:pPr>
      <w:r w:rsidRPr="00F7429F">
        <w:rPr>
          <w:b/>
          <w:sz w:val="24"/>
          <w:szCs w:val="24"/>
        </w:rPr>
        <w:t>3. Απαιτούμενα δικαιολογητικά</w:t>
      </w:r>
    </w:p>
    <w:p w:rsidR="0062038C" w:rsidRPr="00F7429F" w:rsidRDefault="00C30620">
      <w:pPr>
        <w:pStyle w:val="ListNumber"/>
        <w:numPr>
          <w:ilvl w:val="0"/>
          <w:numId w:val="11"/>
        </w:numPr>
        <w:spacing w:after="60"/>
        <w:ind w:left="397" w:hanging="255"/>
        <w:rPr>
          <w:rFonts w:hint="eastAsia"/>
          <w:sz w:val="24"/>
          <w:szCs w:val="24"/>
        </w:rPr>
      </w:pPr>
      <w:r w:rsidRPr="00F7429F">
        <w:rPr>
          <w:sz w:val="24"/>
          <w:szCs w:val="24"/>
        </w:rPr>
        <w:t>Σχετική αίτηση υποψηφιότητας.</w:t>
      </w:r>
    </w:p>
    <w:p w:rsidR="0062038C" w:rsidRPr="00F7429F" w:rsidRDefault="00C30620">
      <w:pPr>
        <w:pStyle w:val="ListNumber"/>
        <w:numPr>
          <w:ilvl w:val="0"/>
          <w:numId w:val="11"/>
        </w:numPr>
        <w:spacing w:after="60"/>
        <w:ind w:left="397" w:hanging="255"/>
        <w:rPr>
          <w:rFonts w:hint="eastAsia"/>
          <w:sz w:val="24"/>
          <w:szCs w:val="24"/>
        </w:rPr>
      </w:pPr>
      <w:r w:rsidRPr="00F7429F">
        <w:rPr>
          <w:sz w:val="24"/>
          <w:szCs w:val="24"/>
        </w:rPr>
        <w:t>Βιογραφικό σημείωμα.</w:t>
      </w:r>
    </w:p>
    <w:p w:rsidR="0062038C" w:rsidRPr="00F7429F" w:rsidRDefault="00C30620">
      <w:pPr>
        <w:pStyle w:val="ListNumber"/>
        <w:numPr>
          <w:ilvl w:val="0"/>
          <w:numId w:val="11"/>
        </w:numPr>
        <w:spacing w:after="60"/>
        <w:ind w:left="397" w:hanging="255"/>
        <w:rPr>
          <w:rFonts w:hint="eastAsia"/>
          <w:sz w:val="24"/>
          <w:szCs w:val="24"/>
        </w:rPr>
      </w:pPr>
      <w:r w:rsidRPr="00F7429F">
        <w:rPr>
          <w:sz w:val="24"/>
          <w:szCs w:val="24"/>
        </w:rPr>
        <w:t>Φωτοαντίγραφο δελτίου αστυνομικής ταυτότητας.</w:t>
      </w:r>
    </w:p>
    <w:p w:rsidR="0062038C" w:rsidRPr="00F7429F" w:rsidRDefault="00C30620">
      <w:pPr>
        <w:pStyle w:val="ListNumber"/>
        <w:numPr>
          <w:ilvl w:val="0"/>
          <w:numId w:val="11"/>
        </w:numPr>
        <w:spacing w:after="60"/>
        <w:ind w:left="397" w:hanging="255"/>
        <w:rPr>
          <w:rFonts w:hint="eastAsia"/>
          <w:sz w:val="24"/>
          <w:szCs w:val="24"/>
        </w:rPr>
      </w:pPr>
      <w:r w:rsidRPr="00F7429F">
        <w:rPr>
          <w:sz w:val="24"/>
          <w:szCs w:val="24"/>
        </w:rPr>
        <w:t>Βεβαίωση μό</w:t>
      </w:r>
      <w:r w:rsidRPr="00F7429F">
        <w:rPr>
          <w:sz w:val="24"/>
          <w:szCs w:val="24"/>
        </w:rPr>
        <w:t>νιμης κατοικίας.</w:t>
      </w:r>
    </w:p>
    <w:p w:rsidR="0062038C" w:rsidRPr="00F7429F" w:rsidRDefault="00C30620">
      <w:pPr>
        <w:pStyle w:val="ListNumber"/>
        <w:numPr>
          <w:ilvl w:val="0"/>
          <w:numId w:val="11"/>
        </w:numPr>
        <w:spacing w:after="60"/>
        <w:ind w:left="397" w:hanging="255"/>
        <w:rPr>
          <w:rFonts w:hint="eastAsia"/>
          <w:sz w:val="24"/>
          <w:szCs w:val="24"/>
          <w:lang w:val="el-GR"/>
        </w:rPr>
      </w:pPr>
      <w:r w:rsidRPr="00F7429F">
        <w:rPr>
          <w:sz w:val="24"/>
          <w:szCs w:val="24"/>
          <w:lang w:val="el-GR"/>
        </w:rPr>
        <w:t>Υπεύθυνη δήλωση του ν. 1599/1986, στην οποία ο/η υποψήφιος/α δηλώνει ότι διαθέτει την απαιτούμενη υγεία και φυσική καταλληλότητα για την άσκηση των καθηκόντων, καθώς και ότι δεν έχει καταδικαστεί και δεν είναι φυγόποινος/η ή φυγόδικος/η γι</w:t>
      </w:r>
      <w:r w:rsidRPr="00F7429F">
        <w:rPr>
          <w:sz w:val="24"/>
          <w:szCs w:val="24"/>
          <w:lang w:val="el-GR"/>
        </w:rPr>
        <w:t>α κανένα από τα αδικήματα του άρθρου 8 του Υπαλληλικού Κώδικα.</w:t>
      </w:r>
    </w:p>
    <w:p w:rsidR="0062038C" w:rsidRPr="00F7429F" w:rsidRDefault="00C30620">
      <w:pPr>
        <w:pStyle w:val="ListNumber"/>
        <w:numPr>
          <w:ilvl w:val="0"/>
          <w:numId w:val="11"/>
        </w:numPr>
        <w:spacing w:after="60"/>
        <w:ind w:left="397" w:hanging="255"/>
        <w:rPr>
          <w:rFonts w:hint="eastAsia"/>
          <w:sz w:val="24"/>
          <w:szCs w:val="24"/>
          <w:lang w:val="el-GR"/>
        </w:rPr>
      </w:pPr>
      <w:r w:rsidRPr="00F7429F">
        <w:rPr>
          <w:sz w:val="24"/>
          <w:szCs w:val="24"/>
          <w:lang w:val="el-GR"/>
        </w:rPr>
        <w:t>Εφόσον συντρέχει περίπτωση, βεβαιώσεις ή πιστοποιητικά ανεργίας, πολυτεκνίας, τριτεκνίας ή μονογονεϊκής οικογένειας.</w:t>
      </w:r>
    </w:p>
    <w:p w:rsidR="0062038C" w:rsidRPr="00F7429F" w:rsidRDefault="00C30620">
      <w:pPr>
        <w:keepNext/>
        <w:spacing w:before="120" w:after="60"/>
        <w:rPr>
          <w:rFonts w:hint="eastAsia"/>
          <w:sz w:val="24"/>
          <w:szCs w:val="24"/>
          <w:lang w:val="el-GR"/>
        </w:rPr>
      </w:pPr>
      <w:r w:rsidRPr="00F7429F">
        <w:rPr>
          <w:b/>
          <w:sz w:val="24"/>
          <w:szCs w:val="24"/>
          <w:lang w:val="el-GR"/>
        </w:rPr>
        <w:lastRenderedPageBreak/>
        <w:t>4. Προθεσμία και τρόπος υποβολής</w:t>
      </w:r>
    </w:p>
    <w:p w:rsidR="0062038C" w:rsidRPr="00F7429F" w:rsidRDefault="00C30620">
      <w:pPr>
        <w:spacing w:after="60"/>
        <w:jc w:val="both"/>
        <w:rPr>
          <w:rFonts w:hint="eastAsia"/>
          <w:sz w:val="24"/>
          <w:szCs w:val="24"/>
          <w:lang w:val="el-GR"/>
        </w:rPr>
      </w:pPr>
      <w:r w:rsidRPr="00F7429F">
        <w:rPr>
          <w:sz w:val="24"/>
          <w:szCs w:val="24"/>
          <w:lang w:val="el-GR"/>
        </w:rPr>
        <w:t>Οι αιτήσεις, μαζί με όλα τα απαιτούμενα δικ</w:t>
      </w:r>
      <w:r w:rsidRPr="00F7429F">
        <w:rPr>
          <w:sz w:val="24"/>
          <w:szCs w:val="24"/>
          <w:lang w:val="el-GR"/>
        </w:rPr>
        <w:t>αιολογητικά, υποβάλλονται στη Διεύθυνση του 17ου Δημοτικο</w:t>
      </w:r>
      <w:r w:rsidR="0007669E">
        <w:rPr>
          <w:sz w:val="24"/>
          <w:szCs w:val="24"/>
          <w:lang w:val="el-GR"/>
        </w:rPr>
        <w:t xml:space="preserve">ύ Σχολείου Αγίου Δημητρίου από </w:t>
      </w:r>
      <w:r w:rsidR="0007669E" w:rsidRPr="0007669E">
        <w:rPr>
          <w:b/>
          <w:sz w:val="24"/>
          <w:szCs w:val="24"/>
          <w:lang w:val="el-GR"/>
        </w:rPr>
        <w:t>04/09</w:t>
      </w:r>
      <w:r w:rsidR="0007669E">
        <w:rPr>
          <w:b/>
          <w:sz w:val="24"/>
          <w:szCs w:val="24"/>
          <w:lang w:val="el-GR"/>
        </w:rPr>
        <w:t>/2026 έως και 09</w:t>
      </w:r>
      <w:r w:rsidR="0007669E" w:rsidRPr="0007669E">
        <w:rPr>
          <w:b/>
          <w:sz w:val="24"/>
          <w:szCs w:val="24"/>
          <w:lang w:val="el-GR"/>
        </w:rPr>
        <w:t>/09</w:t>
      </w:r>
      <w:r w:rsidRPr="0007669E">
        <w:rPr>
          <w:b/>
          <w:sz w:val="24"/>
          <w:szCs w:val="24"/>
          <w:lang w:val="el-GR"/>
        </w:rPr>
        <w:t>/2026,</w:t>
      </w:r>
      <w:r w:rsidR="0007669E">
        <w:rPr>
          <w:sz w:val="24"/>
          <w:szCs w:val="24"/>
          <w:lang w:val="el-GR"/>
        </w:rPr>
        <w:t xml:space="preserve"> κατά τις ώρες </w:t>
      </w:r>
      <w:r w:rsidR="0007669E" w:rsidRPr="0007669E">
        <w:rPr>
          <w:b/>
          <w:sz w:val="24"/>
          <w:szCs w:val="24"/>
          <w:lang w:val="el-GR"/>
        </w:rPr>
        <w:t>09:00΄ - 13:00΄</w:t>
      </w:r>
      <w:r w:rsidRPr="00F7429F">
        <w:rPr>
          <w:sz w:val="24"/>
          <w:szCs w:val="24"/>
          <w:lang w:val="el-GR"/>
        </w:rPr>
        <w:t xml:space="preserve"> ή/και ηλεκτρο</w:t>
      </w:r>
      <w:r w:rsidR="0007669E">
        <w:rPr>
          <w:sz w:val="24"/>
          <w:szCs w:val="24"/>
          <w:lang w:val="el-GR"/>
        </w:rPr>
        <w:t xml:space="preserve">νικά στη διεύθυνση </w:t>
      </w:r>
      <w:hyperlink r:id="rId8" w:history="1">
        <w:r w:rsidR="0007669E" w:rsidRPr="002A516D">
          <w:rPr>
            <w:rStyle w:val="Hyperlink"/>
            <w:sz w:val="24"/>
            <w:szCs w:val="24"/>
          </w:rPr>
          <w:t>mail</w:t>
        </w:r>
        <w:r w:rsidR="0007669E" w:rsidRPr="002A516D">
          <w:rPr>
            <w:rStyle w:val="Hyperlink"/>
            <w:sz w:val="24"/>
            <w:szCs w:val="24"/>
            <w:lang w:val="el-GR"/>
          </w:rPr>
          <w:t>@17</w:t>
        </w:r>
        <w:r w:rsidR="0007669E" w:rsidRPr="002A516D">
          <w:rPr>
            <w:rStyle w:val="Hyperlink"/>
            <w:sz w:val="24"/>
            <w:szCs w:val="24"/>
          </w:rPr>
          <w:t>dim</w:t>
        </w:r>
        <w:r w:rsidR="0007669E" w:rsidRPr="002A516D">
          <w:rPr>
            <w:rStyle w:val="Hyperlink"/>
            <w:sz w:val="24"/>
            <w:szCs w:val="24"/>
            <w:lang w:val="el-GR"/>
          </w:rPr>
          <w:t>-</w:t>
        </w:r>
        <w:r w:rsidR="0007669E" w:rsidRPr="002A516D">
          <w:rPr>
            <w:rStyle w:val="Hyperlink"/>
            <w:sz w:val="24"/>
            <w:szCs w:val="24"/>
          </w:rPr>
          <w:t>ag</w:t>
        </w:r>
        <w:r w:rsidR="0007669E" w:rsidRPr="002A516D">
          <w:rPr>
            <w:rStyle w:val="Hyperlink"/>
            <w:sz w:val="24"/>
            <w:szCs w:val="24"/>
            <w:lang w:val="el-GR"/>
          </w:rPr>
          <w:t>-</w:t>
        </w:r>
        <w:r w:rsidR="0007669E" w:rsidRPr="002A516D">
          <w:rPr>
            <w:rStyle w:val="Hyperlink"/>
            <w:sz w:val="24"/>
            <w:szCs w:val="24"/>
          </w:rPr>
          <w:t>dimitr</w:t>
        </w:r>
        <w:r w:rsidR="0007669E" w:rsidRPr="002A516D">
          <w:rPr>
            <w:rStyle w:val="Hyperlink"/>
            <w:sz w:val="24"/>
            <w:szCs w:val="24"/>
            <w:lang w:val="el-GR"/>
          </w:rPr>
          <w:t>.</w:t>
        </w:r>
        <w:r w:rsidR="0007669E" w:rsidRPr="002A516D">
          <w:rPr>
            <w:rStyle w:val="Hyperlink"/>
            <w:sz w:val="24"/>
            <w:szCs w:val="24"/>
          </w:rPr>
          <w:t>att</w:t>
        </w:r>
        <w:r w:rsidR="0007669E" w:rsidRPr="002A516D">
          <w:rPr>
            <w:rStyle w:val="Hyperlink"/>
            <w:sz w:val="24"/>
            <w:szCs w:val="24"/>
            <w:lang w:val="el-GR"/>
          </w:rPr>
          <w:t>.</w:t>
        </w:r>
        <w:r w:rsidR="0007669E" w:rsidRPr="002A516D">
          <w:rPr>
            <w:rStyle w:val="Hyperlink"/>
            <w:sz w:val="24"/>
            <w:szCs w:val="24"/>
          </w:rPr>
          <w:t>sch</w:t>
        </w:r>
        <w:r w:rsidR="0007669E" w:rsidRPr="002A516D">
          <w:rPr>
            <w:rStyle w:val="Hyperlink"/>
            <w:sz w:val="24"/>
            <w:szCs w:val="24"/>
            <w:lang w:val="el-GR"/>
          </w:rPr>
          <w:t>.</w:t>
        </w:r>
        <w:r w:rsidR="0007669E" w:rsidRPr="002A516D">
          <w:rPr>
            <w:rStyle w:val="Hyperlink"/>
            <w:sz w:val="24"/>
            <w:szCs w:val="24"/>
          </w:rPr>
          <w:t>gr</w:t>
        </w:r>
      </w:hyperlink>
      <w:r w:rsidR="0007669E" w:rsidRPr="0007669E">
        <w:rPr>
          <w:sz w:val="24"/>
          <w:szCs w:val="24"/>
          <w:lang w:val="el-GR"/>
        </w:rPr>
        <w:t xml:space="preserve"> ; </w:t>
      </w:r>
      <w:hyperlink r:id="rId9" w:history="1">
        <w:r w:rsidR="0007669E" w:rsidRPr="002A516D">
          <w:rPr>
            <w:rStyle w:val="Hyperlink"/>
            <w:sz w:val="24"/>
            <w:szCs w:val="24"/>
          </w:rPr>
          <w:t>konmicha</w:t>
        </w:r>
        <w:r w:rsidR="0007669E" w:rsidRPr="002A516D">
          <w:rPr>
            <w:rStyle w:val="Hyperlink"/>
            <w:sz w:val="24"/>
            <w:szCs w:val="24"/>
            <w:lang w:val="el-GR"/>
          </w:rPr>
          <w:t>@</w:t>
        </w:r>
        <w:r w:rsidR="0007669E" w:rsidRPr="002A516D">
          <w:rPr>
            <w:rStyle w:val="Hyperlink"/>
            <w:sz w:val="24"/>
            <w:szCs w:val="24"/>
          </w:rPr>
          <w:t>yahoo</w:t>
        </w:r>
        <w:r w:rsidR="0007669E" w:rsidRPr="002A516D">
          <w:rPr>
            <w:rStyle w:val="Hyperlink"/>
            <w:sz w:val="24"/>
            <w:szCs w:val="24"/>
            <w:lang w:val="el-GR"/>
          </w:rPr>
          <w:t>.</w:t>
        </w:r>
        <w:r w:rsidR="0007669E" w:rsidRPr="002A516D">
          <w:rPr>
            <w:rStyle w:val="Hyperlink"/>
            <w:sz w:val="24"/>
            <w:szCs w:val="24"/>
          </w:rPr>
          <w:t>gr</w:t>
        </w:r>
      </w:hyperlink>
      <w:r w:rsidR="0007669E" w:rsidRPr="0007669E">
        <w:rPr>
          <w:sz w:val="24"/>
          <w:szCs w:val="24"/>
          <w:lang w:val="el-GR"/>
        </w:rPr>
        <w:t xml:space="preserve"> </w:t>
      </w:r>
      <w:r w:rsidRPr="00F7429F">
        <w:rPr>
          <w:sz w:val="24"/>
          <w:szCs w:val="24"/>
          <w:lang w:val="el-GR"/>
        </w:rPr>
        <w:t xml:space="preserve"> .</w:t>
      </w:r>
    </w:p>
    <w:p w:rsidR="0062038C" w:rsidRPr="0007669E" w:rsidRDefault="00C30620">
      <w:pPr>
        <w:spacing w:after="100"/>
        <w:jc w:val="both"/>
        <w:rPr>
          <w:rFonts w:hint="eastAsia"/>
          <w:b/>
          <w:sz w:val="24"/>
          <w:szCs w:val="24"/>
          <w:lang w:val="el-GR"/>
        </w:rPr>
      </w:pPr>
      <w:r w:rsidRPr="00F7429F">
        <w:rPr>
          <w:sz w:val="24"/>
          <w:szCs w:val="24"/>
          <w:lang w:val="el-GR"/>
        </w:rPr>
        <w:t xml:space="preserve">Εκπρόθεσμες αιτήσεις ή αιτήσεις χωρίς τα απαιτούμενα δικαιολογητικά </w:t>
      </w:r>
      <w:r w:rsidRPr="00F7429F">
        <w:rPr>
          <w:sz w:val="24"/>
          <w:szCs w:val="24"/>
          <w:lang w:val="el-GR"/>
        </w:rPr>
        <w:t>δεν θα εξετάζονται. Για πληροφορίες, οι ενδιαφερόμενοι/ες μπορούν να επι</w:t>
      </w:r>
      <w:r w:rsidR="0007669E">
        <w:rPr>
          <w:sz w:val="24"/>
          <w:szCs w:val="24"/>
          <w:lang w:val="el-GR"/>
        </w:rPr>
        <w:t xml:space="preserve">κοινωνούν στο τηλέφωνο </w:t>
      </w:r>
      <w:r w:rsidR="0007669E" w:rsidRPr="0007669E">
        <w:rPr>
          <w:b/>
          <w:sz w:val="24"/>
          <w:szCs w:val="24"/>
          <w:lang w:val="el-GR"/>
        </w:rPr>
        <w:t>2160049644 - 2109711116</w:t>
      </w:r>
      <w:r w:rsidRPr="0007669E">
        <w:rPr>
          <w:b/>
          <w:sz w:val="24"/>
          <w:szCs w:val="24"/>
          <w:lang w:val="el-GR"/>
        </w:rPr>
        <w:t xml:space="preserve"> .</w:t>
      </w:r>
    </w:p>
    <w:p w:rsidR="0062038C" w:rsidRPr="00F7429F" w:rsidRDefault="00C30620">
      <w:pPr>
        <w:keepNext/>
        <w:spacing w:before="120" w:after="60"/>
        <w:rPr>
          <w:rFonts w:hint="eastAsia"/>
          <w:sz w:val="24"/>
          <w:szCs w:val="24"/>
          <w:lang w:val="el-GR"/>
        </w:rPr>
      </w:pPr>
      <w:r w:rsidRPr="00F7429F">
        <w:rPr>
          <w:b/>
          <w:sz w:val="24"/>
          <w:szCs w:val="24"/>
          <w:lang w:val="el-GR"/>
        </w:rPr>
        <w:t>5. Επιλογή και ανάληψη καθηκόντων</w:t>
      </w:r>
    </w:p>
    <w:p w:rsidR="0062038C" w:rsidRPr="0007669E" w:rsidRDefault="00C30620">
      <w:pPr>
        <w:spacing w:after="60"/>
        <w:jc w:val="both"/>
        <w:rPr>
          <w:rFonts w:hint="eastAsia"/>
          <w:b/>
          <w:sz w:val="24"/>
          <w:szCs w:val="24"/>
          <w:lang w:val="el-GR"/>
        </w:rPr>
      </w:pPr>
      <w:r w:rsidRPr="00F7429F">
        <w:rPr>
          <w:sz w:val="24"/>
          <w:szCs w:val="24"/>
          <w:lang w:val="el-GR"/>
        </w:rPr>
        <w:t xml:space="preserve">Η διαδικασία επιλογής θα ολοκληρωθεί </w:t>
      </w:r>
      <w:r w:rsidRPr="0007669E">
        <w:rPr>
          <w:b/>
          <w:sz w:val="24"/>
          <w:szCs w:val="24"/>
          <w:lang w:val="el-GR"/>
        </w:rPr>
        <w:t>πριν από την έναρξη του σχολικού έτους</w:t>
      </w:r>
      <w:r w:rsidRPr="00F7429F">
        <w:rPr>
          <w:sz w:val="24"/>
          <w:szCs w:val="24"/>
          <w:lang w:val="el-GR"/>
        </w:rPr>
        <w:t>, ώστε ο/η επιλεγείς/είσα να βρίσκεται σ</w:t>
      </w:r>
      <w:r w:rsidRPr="00F7429F">
        <w:rPr>
          <w:sz w:val="24"/>
          <w:szCs w:val="24"/>
          <w:lang w:val="el-GR"/>
        </w:rPr>
        <w:t>τη θέση του/της κατά την έναρξη των μαθημάτων</w:t>
      </w:r>
      <w:r w:rsidRPr="0007669E">
        <w:rPr>
          <w:b/>
          <w:sz w:val="24"/>
          <w:szCs w:val="24"/>
          <w:lang w:val="el-GR"/>
        </w:rPr>
        <w:t>, την 11η Σεπτεμβρίου 2026.</w:t>
      </w:r>
    </w:p>
    <w:p w:rsidR="0062038C" w:rsidRPr="00F7429F" w:rsidRDefault="00C30620">
      <w:pPr>
        <w:spacing w:after="60"/>
        <w:jc w:val="both"/>
        <w:rPr>
          <w:rFonts w:hint="eastAsia"/>
          <w:sz w:val="24"/>
          <w:szCs w:val="24"/>
          <w:lang w:val="el-GR"/>
        </w:rPr>
      </w:pPr>
      <w:r w:rsidRPr="00F7429F">
        <w:rPr>
          <w:sz w:val="24"/>
          <w:szCs w:val="24"/>
          <w:lang w:val="el-GR"/>
        </w:rPr>
        <w:t xml:space="preserve">Η σχετική σύμβαση συντάσσεται σε δύο (2) αντίτυπα και υπογράφεται από τον/τη Διευθυντή/ντρια του Σχολείου, τον/την Πρόεδρο του Συλλόγου Γονέων και Κηδεμόνων ή τον/την αναπληρωτή/τριά </w:t>
      </w:r>
      <w:r w:rsidRPr="00F7429F">
        <w:rPr>
          <w:sz w:val="24"/>
          <w:szCs w:val="24"/>
          <w:lang w:val="el-GR"/>
        </w:rPr>
        <w:t>του/της και την αρμόδια Αντιδήμαρχο.</w:t>
      </w:r>
    </w:p>
    <w:p w:rsidR="0062038C" w:rsidRPr="00F7429F" w:rsidRDefault="00C30620">
      <w:pPr>
        <w:spacing w:after="100"/>
        <w:jc w:val="both"/>
        <w:rPr>
          <w:rFonts w:hint="eastAsia"/>
          <w:sz w:val="24"/>
          <w:szCs w:val="24"/>
          <w:lang w:val="el-GR"/>
        </w:rPr>
      </w:pPr>
      <w:r w:rsidRPr="00F7429F">
        <w:rPr>
          <w:sz w:val="24"/>
          <w:szCs w:val="24"/>
          <w:lang w:val="el-GR"/>
        </w:rPr>
        <w:t>Μετά την ολοκλήρωση της επιλογής, ο/η επιλεγείς/είσα θα προσκομίσει τα στοιχεία τραπεζικού λογαριασμού που θα του/της ζητηθούν, προκειμένου να αποσταλούν στη Διεύθυνση Παιδείας μαζί με φωτοαντίγραφο του δελτίου αστυνομι</w:t>
      </w:r>
      <w:r w:rsidRPr="00F7429F">
        <w:rPr>
          <w:sz w:val="24"/>
          <w:szCs w:val="24"/>
          <w:lang w:val="el-GR"/>
        </w:rPr>
        <w:t>κής ταυτότητας.</w:t>
      </w:r>
    </w:p>
    <w:p w:rsidR="0062038C" w:rsidRPr="00F7429F" w:rsidRDefault="00C30620">
      <w:pPr>
        <w:keepNext/>
        <w:spacing w:before="120" w:after="60"/>
        <w:rPr>
          <w:rFonts w:hint="eastAsia"/>
          <w:sz w:val="24"/>
          <w:szCs w:val="24"/>
          <w:lang w:val="el-GR"/>
        </w:rPr>
      </w:pPr>
      <w:r w:rsidRPr="00F7429F">
        <w:rPr>
          <w:b/>
          <w:sz w:val="24"/>
          <w:szCs w:val="24"/>
          <w:lang w:val="el-GR"/>
        </w:rPr>
        <w:t>6. Δημοσιοποίηση</w:t>
      </w:r>
    </w:p>
    <w:p w:rsidR="0062038C" w:rsidRPr="00F7429F" w:rsidRDefault="00C30620">
      <w:pPr>
        <w:spacing w:after="160"/>
        <w:jc w:val="both"/>
        <w:rPr>
          <w:rFonts w:hint="eastAsia"/>
          <w:sz w:val="24"/>
          <w:szCs w:val="24"/>
          <w:lang w:val="el-GR"/>
        </w:rPr>
      </w:pPr>
      <w:r w:rsidRPr="00F7429F">
        <w:rPr>
          <w:sz w:val="24"/>
          <w:szCs w:val="24"/>
          <w:lang w:val="el-GR"/>
        </w:rPr>
        <w:t xml:space="preserve">Η παρούσα πρόσκληση να αναρτηθεί στον πίνακα ανακοινώσεων και στην ιστοσελίδα της σχολικής μονάδας και να κοινοποιηθεί στον Σύλλογο Γονέων και Κηδεμόνων, καθώς και όπου αλλού κριθεί πρόσφορο, για την ευρύτερη ενημέρωση των </w:t>
      </w:r>
      <w:r w:rsidRPr="00F7429F">
        <w:rPr>
          <w:sz w:val="24"/>
          <w:szCs w:val="24"/>
          <w:lang w:val="el-GR"/>
        </w:rPr>
        <w:t>ενδιαφερομένων.</w:t>
      </w:r>
    </w:p>
    <w:p w:rsidR="0007669E" w:rsidRDefault="0007669E">
      <w:pPr>
        <w:keepNext/>
        <w:spacing w:before="160" w:after="520"/>
        <w:jc w:val="center"/>
        <w:rPr>
          <w:b/>
          <w:sz w:val="24"/>
          <w:szCs w:val="24"/>
          <w:lang w:val="el-GR"/>
        </w:rPr>
      </w:pPr>
    </w:p>
    <w:p w:rsidR="0062038C" w:rsidRPr="00F7429F" w:rsidRDefault="00C30620">
      <w:pPr>
        <w:keepNext/>
        <w:spacing w:before="160" w:after="520"/>
        <w:jc w:val="center"/>
        <w:rPr>
          <w:rFonts w:hint="eastAsia"/>
          <w:sz w:val="24"/>
          <w:szCs w:val="24"/>
          <w:lang w:val="el-GR"/>
        </w:rPr>
      </w:pPr>
      <w:r w:rsidRPr="00F7429F">
        <w:rPr>
          <w:b/>
          <w:sz w:val="24"/>
          <w:szCs w:val="24"/>
          <w:lang w:val="el-GR"/>
        </w:rPr>
        <w:t>Η Διευθύντρια του Σχολείου</w:t>
      </w:r>
    </w:p>
    <w:p w:rsidR="0062038C" w:rsidRPr="00F7429F" w:rsidRDefault="00C30620">
      <w:pPr>
        <w:spacing w:after="0"/>
        <w:jc w:val="center"/>
        <w:rPr>
          <w:rFonts w:hint="eastAsia"/>
          <w:sz w:val="24"/>
          <w:szCs w:val="24"/>
          <w:lang w:val="el-GR"/>
        </w:rPr>
      </w:pPr>
      <w:r w:rsidRPr="00F7429F">
        <w:rPr>
          <w:b/>
          <w:sz w:val="24"/>
          <w:szCs w:val="24"/>
          <w:lang w:val="el-GR"/>
        </w:rPr>
        <w:t>Κωνσταντίνα Μιχαλοπούλου</w:t>
      </w:r>
    </w:p>
    <w:sectPr w:rsidR="0062038C" w:rsidRPr="00F7429F" w:rsidSect="00034616">
      <w:headerReference w:type="default" r:id="rId10"/>
      <w:footerReference w:type="default" r:id="rId11"/>
      <w:pgSz w:w="11906" w:h="16838"/>
      <w:pgMar w:top="879" w:right="1134" w:bottom="879" w:left="1134" w:header="425" w:footer="4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620" w:rsidRDefault="00C30620">
      <w:pPr>
        <w:spacing w:after="0" w:line="240" w:lineRule="auto"/>
        <w:rPr>
          <w:rFonts w:hint="eastAsia"/>
        </w:rPr>
      </w:pPr>
      <w:r>
        <w:separator/>
      </w:r>
    </w:p>
  </w:endnote>
  <w:endnote w:type="continuationSeparator" w:id="0">
    <w:p w:rsidR="00C30620" w:rsidRDefault="00C3062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DejaVu Sans">
    <w:altName w:val="Times New Roman"/>
    <w:panose1 w:val="00000000000000000000"/>
    <w:charset w:val="00"/>
    <w:family w:val="roman"/>
    <w:notTrueType/>
    <w:pitch w:val="default"/>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38C" w:rsidRDefault="00C30620">
    <w:pPr>
      <w:pStyle w:val="Footer"/>
      <w:jc w:val="center"/>
      <w:rPr>
        <w:rFonts w:hint="eastAsia"/>
      </w:rPr>
    </w:pPr>
    <w:r>
      <w:rPr>
        <w:sz w:val="16"/>
      </w:rPr>
      <w:t xml:space="preserve">Σελίδα </w:t>
    </w:r>
    <w:r>
      <w:fldChar w:fldCharType="begin"/>
    </w:r>
    <w:r>
      <w:instrText>PAGE</w:instrText>
    </w:r>
    <w:r>
      <w:rPr>
        <w:rFonts w:hint="eastAsia"/>
      </w:rPr>
      <w:fldChar w:fldCharType="separate"/>
    </w:r>
    <w:r w:rsidR="00972090">
      <w:rPr>
        <w:rFonts w:hint="eastAsia"/>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620" w:rsidRDefault="00C30620">
      <w:pPr>
        <w:spacing w:after="0" w:line="240" w:lineRule="auto"/>
        <w:rPr>
          <w:rFonts w:hint="eastAsia"/>
        </w:rPr>
      </w:pPr>
      <w:r>
        <w:separator/>
      </w:r>
    </w:p>
  </w:footnote>
  <w:footnote w:type="continuationSeparator" w:id="0">
    <w:p w:rsidR="00C30620" w:rsidRDefault="00C30620">
      <w:pPr>
        <w:spacing w:after="0"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38C" w:rsidRDefault="00C30620">
    <w:pPr>
      <w:pStyle w:val="Header"/>
      <w:jc w:val="center"/>
      <w:rPr>
        <w:rFonts w:hint="eastAsia"/>
      </w:rPr>
    </w:pPr>
    <w:r>
      <w:rPr>
        <w:b/>
        <w:sz w:val="17"/>
      </w:rPr>
      <w:t>17ο ΔΗΜΟΤΙΚΟ ΣΧΟΛΕΙΟ ΑΓΙΟΥ ΔΗΜΗΤΡΙΟΥ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669E"/>
    <w:rsid w:val="0015074B"/>
    <w:rsid w:val="0029639D"/>
    <w:rsid w:val="00326F90"/>
    <w:rsid w:val="0062038C"/>
    <w:rsid w:val="00972090"/>
    <w:rsid w:val="009D33E0"/>
    <w:rsid w:val="00AA1D8D"/>
    <w:rsid w:val="00B47730"/>
    <w:rsid w:val="00C30620"/>
    <w:rsid w:val="00CB0664"/>
    <w:rsid w:val="00E96B32"/>
    <w:rsid w:val="00F742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57A34CA-BEC2-4DD3-B84E-EAB9BDB6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80" w:line="259" w:lineRule="auto"/>
    </w:pPr>
    <w:rPr>
      <w:rFonts w:ascii="DejaVu Sans" w:hAnsi="DejaVu Sans"/>
      <w:sz w:val="21"/>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000000"/>
      <w:sz w:val="25"/>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7669E"/>
    <w:rPr>
      <w:color w:val="0000FF" w:themeColor="hyperlink"/>
      <w:u w:val="single"/>
    </w:rPr>
  </w:style>
  <w:style w:type="paragraph" w:styleId="BalloonText">
    <w:name w:val="Balloon Text"/>
    <w:basedOn w:val="Normal"/>
    <w:link w:val="BalloonTextChar"/>
    <w:uiPriority w:val="99"/>
    <w:semiHidden/>
    <w:unhideWhenUsed/>
    <w:rsid w:val="009720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0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17dim-ag-dimitr.att.sch.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nmicha@yaho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969C0-D8C0-4ADA-9E85-366827D75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595</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Πρόσκληση Εκδήλωσης Ενδιαφέροντος – Εθελοντής Σχολικός Τροχονόμος 2026–2027</vt:lpstr>
    </vt:vector>
  </TitlesOfParts>
  <Manager/>
  <Company/>
  <LinksUpToDate>false</LinksUpToDate>
  <CharactersWithSpaces>3801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Πρόσκληση Εκδήλωσης Ενδιαφέροντος – Εθελοντής Σχολικός Τροχονόμος 2026–2027</dc:title>
  <dc:subject>17ο Δημοτικό Σχολείο Αγίου Δημητρίου</dc:subject>
  <dc:creator>17ο Δημοτικό Σχολείο Αγίου Δημητρίου</dc:creator>
  <cp:keywords/>
  <dc:description>generated by python-docx</dc:description>
  <cp:lastModifiedBy>Microsoft account</cp:lastModifiedBy>
  <cp:revision>4</cp:revision>
  <cp:lastPrinted>2026-09-03T08:50:00Z</cp:lastPrinted>
  <dcterms:created xsi:type="dcterms:W3CDTF">2026-09-03T07:57:00Z</dcterms:created>
  <dcterms:modified xsi:type="dcterms:W3CDTF">2026-09-03T08:52:00Z</dcterms:modified>
  <cp:category/>
</cp:coreProperties>
</file>